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8B3" w:rsidRPr="00B83320" w:rsidRDefault="000B48B3" w:rsidP="000B48B3">
      <w:pPr>
        <w:autoSpaceDE w:val="0"/>
        <w:autoSpaceDN w:val="0"/>
        <w:ind w:left="4962" w:right="-2467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Утверждено Общим собранием № 1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 от ________2025 года</w:t>
      </w: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FD53E7" w:rsidRDefault="000B48B3" w:rsidP="000B48B3">
      <w:pPr>
        <w:pStyle w:val="Bodytext30"/>
        <w:shd w:val="clear" w:color="auto" w:fill="auto"/>
        <w:ind w:left="20"/>
        <w:rPr>
          <w:lang w:val="ru-RU"/>
        </w:rPr>
      </w:pPr>
      <w:r w:rsidRPr="00B83320">
        <w:rPr>
          <w:lang w:val="ru-RU"/>
        </w:rPr>
        <w:t xml:space="preserve">ПОЛОЖЕНИЕ </w:t>
      </w:r>
      <w:r w:rsidR="00E4636A">
        <w:rPr>
          <w:lang w:val="ru-RU"/>
        </w:rPr>
        <w:t>О ПРИГЛАШЕННЫХ КОМПАНИЯХ ЧЛЕНОМ</w:t>
      </w:r>
      <w:r w:rsidR="00FD53E7">
        <w:rPr>
          <w:lang w:val="ru-RU"/>
        </w:rPr>
        <w:t xml:space="preserve"> АССОЦИАЦИИ</w:t>
      </w: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Default="00FD53E7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Члены Ассоциации обязаны сообщать </w:t>
      </w:r>
      <w:proofErr w:type="gramStart"/>
      <w:r>
        <w:rPr>
          <w:rFonts w:ascii="Times New Roman" w:hAnsi="Times New Roman" w:cs="Times New Roman"/>
          <w:sz w:val="26"/>
          <w:szCs w:val="26"/>
          <w:lang w:val="ru-RU"/>
        </w:rPr>
        <w:t xml:space="preserve">обо всех </w:t>
      </w:r>
      <w:r w:rsidR="00E4636A">
        <w:rPr>
          <w:rFonts w:ascii="Times New Roman" w:hAnsi="Times New Roman" w:cs="Times New Roman"/>
          <w:sz w:val="26"/>
          <w:szCs w:val="26"/>
          <w:lang w:val="ru-RU"/>
        </w:rPr>
        <w:t>приглашаемых от члена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компаниях </w:t>
      </w:r>
      <w:r w:rsidR="00E4636A">
        <w:rPr>
          <w:rFonts w:ascii="Times New Roman" w:hAnsi="Times New Roman" w:cs="Times New Roman"/>
          <w:sz w:val="26"/>
          <w:szCs w:val="26"/>
          <w:lang w:val="ru-RU"/>
        </w:rPr>
        <w:t>в заявлении о приемы в члены</w:t>
      </w:r>
      <w:proofErr w:type="gramEnd"/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D53E7" w:rsidRDefault="00FD53E7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На такие компании распространяются все внутренние документы Ассоциации</w:t>
      </w:r>
      <w:r w:rsidR="00A80E1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D53E7" w:rsidRDefault="00FD53E7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Член Ассоциации несет ответственность за действия всех своих </w:t>
      </w:r>
      <w:r w:rsidR="00E4636A">
        <w:rPr>
          <w:rFonts w:ascii="Times New Roman" w:hAnsi="Times New Roman" w:cs="Times New Roman"/>
          <w:sz w:val="26"/>
          <w:szCs w:val="26"/>
          <w:lang w:val="ru-RU"/>
        </w:rPr>
        <w:t>пригашенных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компаний, вне зависимости от вступлен</w:t>
      </w:r>
      <w:r w:rsidR="00A80E1B">
        <w:rPr>
          <w:rFonts w:ascii="Times New Roman" w:hAnsi="Times New Roman" w:cs="Times New Roman"/>
          <w:sz w:val="26"/>
          <w:szCs w:val="26"/>
          <w:lang w:val="ru-RU"/>
        </w:rPr>
        <w:t xml:space="preserve">ия данных компаний в Ассоциацию, а действия таких </w:t>
      </w:r>
      <w:r w:rsidR="00E4636A">
        <w:rPr>
          <w:rFonts w:ascii="Times New Roman" w:hAnsi="Times New Roman" w:cs="Times New Roman"/>
          <w:sz w:val="26"/>
          <w:szCs w:val="26"/>
          <w:lang w:val="ru-RU"/>
        </w:rPr>
        <w:t>приглашенных</w:t>
      </w:r>
      <w:r w:rsidR="00A80E1B">
        <w:rPr>
          <w:rFonts w:ascii="Times New Roman" w:hAnsi="Times New Roman" w:cs="Times New Roman"/>
          <w:sz w:val="26"/>
          <w:szCs w:val="26"/>
          <w:lang w:val="ru-RU"/>
        </w:rPr>
        <w:t xml:space="preserve"> компаний расцениваются как действия члена Ассоциации.</w:t>
      </w:r>
    </w:p>
    <w:p w:rsidR="00FD53E7" w:rsidRDefault="00FD53E7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При вступлении в ассоциацию, лицо подает сведения обо всех его </w:t>
      </w:r>
      <w:r w:rsidR="00E4636A">
        <w:rPr>
          <w:rFonts w:ascii="Times New Roman" w:hAnsi="Times New Roman" w:cs="Times New Roman"/>
          <w:sz w:val="26"/>
          <w:szCs w:val="26"/>
          <w:lang w:val="ru-RU"/>
        </w:rPr>
        <w:t>потенциально приглашенных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компаниях.</w:t>
      </w:r>
    </w:p>
    <w:p w:rsidR="00FD53E7" w:rsidRDefault="00FD53E7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Оплату вносит и участвует в голосованиях без каких-либо ограничений компания, </w:t>
      </w:r>
      <w:r w:rsidR="00E4636A">
        <w:rPr>
          <w:rFonts w:ascii="Times New Roman" w:hAnsi="Times New Roman" w:cs="Times New Roman"/>
          <w:sz w:val="26"/>
          <w:szCs w:val="26"/>
          <w:lang w:val="ru-RU"/>
        </w:rPr>
        <w:t>вступившая в Ассоциацию, сообщившая о приглашенных от нее компаниях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A80E1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A80E1B" w:rsidRDefault="00E4636A" w:rsidP="00A80E1B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Приглашенные</w:t>
      </w:r>
      <w:r w:rsidR="00A80E1B">
        <w:rPr>
          <w:rFonts w:ascii="Times New Roman" w:hAnsi="Times New Roman" w:cs="Times New Roman"/>
          <w:sz w:val="26"/>
          <w:szCs w:val="26"/>
          <w:lang w:val="ru-RU"/>
        </w:rPr>
        <w:t xml:space="preserve"> компании освобождаются от внесения вступительных  взносов, членских взносов и не принимают участие в голосовании.</w:t>
      </w:r>
    </w:p>
    <w:p w:rsidR="00A80E1B" w:rsidRPr="00B83320" w:rsidRDefault="00A80E1B" w:rsidP="00A80E1B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sectPr w:rsidR="00A80E1B" w:rsidRPr="00B8332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054BBA"/>
    <w:multiLevelType w:val="multilevel"/>
    <w:tmpl w:val="F6C216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0C287DBC"/>
    <w:multiLevelType w:val="multilevel"/>
    <w:tmpl w:val="F6C216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8B3"/>
    <w:rsid w:val="0015074B"/>
    <w:rsid w:val="002265C7"/>
    <w:rsid w:val="0029639D"/>
    <w:rsid w:val="002B323A"/>
    <w:rsid w:val="00326F90"/>
    <w:rsid w:val="005A7C75"/>
    <w:rsid w:val="00710A70"/>
    <w:rsid w:val="0089059E"/>
    <w:rsid w:val="00A80E1B"/>
    <w:rsid w:val="00AA1D8D"/>
    <w:rsid w:val="00B47730"/>
    <w:rsid w:val="00B83320"/>
    <w:rsid w:val="00CB0664"/>
    <w:rsid w:val="00CE4B07"/>
    <w:rsid w:val="00D15DED"/>
    <w:rsid w:val="00D50AD1"/>
    <w:rsid w:val="00D57803"/>
    <w:rsid w:val="00DE7A73"/>
    <w:rsid w:val="00E4636A"/>
    <w:rsid w:val="00EC6800"/>
    <w:rsid w:val="00F20557"/>
    <w:rsid w:val="00F879D0"/>
    <w:rsid w:val="00FC693F"/>
    <w:rsid w:val="00FD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odytext3">
    <w:name w:val="Body text (3)_"/>
    <w:basedOn w:val="a2"/>
    <w:link w:val="Bodytext30"/>
    <w:rsid w:val="000B48B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48B3"/>
    <w:pPr>
      <w:widowControl w:val="0"/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2">
    <w:name w:val="Body text (2)_"/>
    <w:basedOn w:val="a2"/>
    <w:link w:val="Bodytext20"/>
    <w:rsid w:val="00B833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B83320"/>
    <w:pPr>
      <w:widowControl w:val="0"/>
      <w:shd w:val="clear" w:color="auto" w:fill="FFFFFF"/>
      <w:spacing w:after="0" w:line="355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1">
    <w:name w:val="Heading #1_"/>
    <w:basedOn w:val="a2"/>
    <w:link w:val="Heading10"/>
    <w:rsid w:val="0089059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1"/>
    <w:link w:val="Heading1"/>
    <w:rsid w:val="0089059E"/>
    <w:pPr>
      <w:widowControl w:val="0"/>
      <w:shd w:val="clear" w:color="auto" w:fill="FFFFFF"/>
      <w:spacing w:before="300" w:after="480" w:line="0" w:lineRule="atLeast"/>
      <w:ind w:hanging="192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ff8">
    <w:name w:val="Balloon Text"/>
    <w:basedOn w:val="a1"/>
    <w:link w:val="aff9"/>
    <w:uiPriority w:val="99"/>
    <w:semiHidden/>
    <w:unhideWhenUsed/>
    <w:rsid w:val="0089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890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odytext3">
    <w:name w:val="Body text (3)_"/>
    <w:basedOn w:val="a2"/>
    <w:link w:val="Bodytext30"/>
    <w:rsid w:val="000B48B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48B3"/>
    <w:pPr>
      <w:widowControl w:val="0"/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2">
    <w:name w:val="Body text (2)_"/>
    <w:basedOn w:val="a2"/>
    <w:link w:val="Bodytext20"/>
    <w:rsid w:val="00B833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B83320"/>
    <w:pPr>
      <w:widowControl w:val="0"/>
      <w:shd w:val="clear" w:color="auto" w:fill="FFFFFF"/>
      <w:spacing w:after="0" w:line="355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1">
    <w:name w:val="Heading #1_"/>
    <w:basedOn w:val="a2"/>
    <w:link w:val="Heading10"/>
    <w:rsid w:val="0089059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1"/>
    <w:link w:val="Heading1"/>
    <w:rsid w:val="0089059E"/>
    <w:pPr>
      <w:widowControl w:val="0"/>
      <w:shd w:val="clear" w:color="auto" w:fill="FFFFFF"/>
      <w:spacing w:before="300" w:after="480" w:line="0" w:lineRule="atLeast"/>
      <w:ind w:hanging="192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ff8">
    <w:name w:val="Balloon Text"/>
    <w:basedOn w:val="a1"/>
    <w:link w:val="aff9"/>
    <w:uiPriority w:val="99"/>
    <w:semiHidden/>
    <w:unhideWhenUsed/>
    <w:rsid w:val="0089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890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56E054-3276-4560-8A80-D5CF7B09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899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1</cp:lastModifiedBy>
  <cp:revision>4</cp:revision>
  <dcterms:created xsi:type="dcterms:W3CDTF">2025-05-27T04:35:00Z</dcterms:created>
  <dcterms:modified xsi:type="dcterms:W3CDTF">2025-07-09T07:06:00Z</dcterms:modified>
</cp:coreProperties>
</file>