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BF8" w:rsidRPr="00992BF8" w:rsidRDefault="006678ED" w:rsidP="00992BF8">
      <w:pPr>
        <w:ind w:left="4678"/>
        <w:rPr>
          <w:rFonts w:ascii="Times New Roman" w:hAnsi="Times New Roman" w:cs="Times New Roman"/>
          <w:lang w:val="ru-RU"/>
        </w:rPr>
      </w:pPr>
      <w:r w:rsidRPr="00992BF8">
        <w:rPr>
          <w:rFonts w:ascii="Times New Roman" w:hAnsi="Times New Roman" w:cs="Times New Roman"/>
          <w:lang w:val="ru-RU"/>
        </w:rPr>
        <w:t>Приложение №1</w:t>
      </w:r>
      <w:r w:rsidRPr="00992BF8">
        <w:rPr>
          <w:rFonts w:ascii="Times New Roman" w:hAnsi="Times New Roman" w:cs="Times New Roman"/>
          <w:lang w:val="ru-RU"/>
        </w:rPr>
        <w:br/>
        <w:t>к Положению о членстве</w:t>
      </w:r>
      <w:r w:rsidRPr="00992BF8">
        <w:rPr>
          <w:rFonts w:ascii="Times New Roman" w:hAnsi="Times New Roman" w:cs="Times New Roman"/>
          <w:lang w:val="ru-RU"/>
        </w:rPr>
        <w:br/>
      </w:r>
      <w:r w:rsidR="00CF7BEC">
        <w:rPr>
          <w:rFonts w:ascii="Times New Roman" w:hAnsi="Times New Roman" w:cs="Times New Roman"/>
          <w:lang w:val="ru-RU"/>
        </w:rPr>
        <w:t>АО УК ЖКХ</w:t>
      </w:r>
    </w:p>
    <w:p w:rsidR="00992BF8" w:rsidRPr="00992BF8" w:rsidRDefault="006678ED" w:rsidP="00992BF8">
      <w:pPr>
        <w:ind w:left="4395"/>
        <w:rPr>
          <w:rFonts w:ascii="Times New Roman" w:hAnsi="Times New Roman" w:cs="Times New Roman"/>
          <w:b/>
          <w:lang w:val="ru-RU"/>
        </w:rPr>
      </w:pPr>
      <w:r w:rsidRPr="00992BF8">
        <w:rPr>
          <w:rFonts w:ascii="Times New Roman" w:hAnsi="Times New Roman" w:cs="Times New Roman"/>
          <w:b/>
          <w:lang w:val="ru-RU"/>
        </w:rPr>
        <w:t xml:space="preserve">Председателю </w:t>
      </w:r>
      <w:r w:rsidR="00CF7BEC">
        <w:rPr>
          <w:rFonts w:ascii="Times New Roman" w:hAnsi="Times New Roman" w:cs="Times New Roman"/>
          <w:b/>
          <w:lang w:val="ru-RU"/>
        </w:rPr>
        <w:t>АО УК ЖКХ</w:t>
      </w:r>
    </w:p>
    <w:p w:rsidR="00992BF8" w:rsidRDefault="00992BF8" w:rsidP="00992BF8">
      <w:pPr>
        <w:ind w:left="4395"/>
        <w:rPr>
          <w:rFonts w:ascii="Times New Roman" w:hAnsi="Times New Roman" w:cs="Times New Roman"/>
          <w:lang w:val="ru-RU"/>
        </w:rPr>
      </w:pPr>
      <w:r w:rsidRPr="00992BF8">
        <w:rPr>
          <w:rFonts w:ascii="Times New Roman" w:hAnsi="Times New Roman" w:cs="Times New Roman"/>
          <w:b/>
          <w:lang w:val="ru-RU"/>
        </w:rPr>
        <w:t>От</w:t>
      </w:r>
      <w:r>
        <w:rPr>
          <w:rFonts w:ascii="Times New Roman" w:hAnsi="Times New Roman" w:cs="Times New Roman"/>
          <w:lang w:val="ru-RU"/>
        </w:rPr>
        <w:t xml:space="preserve"> ___________________________________</w:t>
      </w:r>
    </w:p>
    <w:p w:rsidR="00992BF8" w:rsidRDefault="00992BF8" w:rsidP="00992BF8">
      <w:pPr>
        <w:ind w:left="4395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ИНН__________________________________</w:t>
      </w:r>
    </w:p>
    <w:p w:rsidR="00992BF8" w:rsidRDefault="00992BF8" w:rsidP="00992BF8">
      <w:pPr>
        <w:ind w:left="4395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Адрес:________________________________</w:t>
      </w:r>
    </w:p>
    <w:p w:rsidR="00992BF8" w:rsidRDefault="00992BF8" w:rsidP="00992BF8">
      <w:pPr>
        <w:ind w:left="4395"/>
        <w:rPr>
          <w:rFonts w:ascii="Times New Roman" w:hAnsi="Times New Roman" w:cs="Times New Roman"/>
          <w:lang w:val="ru-RU"/>
        </w:rPr>
      </w:pPr>
    </w:p>
    <w:p w:rsidR="00992BF8" w:rsidRPr="00CF7BEC" w:rsidRDefault="006678ED" w:rsidP="00992BF8">
      <w:pPr>
        <w:ind w:right="-949"/>
        <w:jc w:val="center"/>
        <w:rPr>
          <w:rFonts w:ascii="Times New Roman" w:hAnsi="Times New Roman" w:cs="Times New Roman"/>
          <w:b/>
          <w:lang w:val="ru-RU"/>
        </w:rPr>
      </w:pPr>
      <w:r w:rsidRPr="00992BF8">
        <w:rPr>
          <w:rFonts w:ascii="Times New Roman" w:hAnsi="Times New Roman" w:cs="Times New Roman"/>
          <w:b/>
          <w:lang w:val="ru-RU"/>
        </w:rPr>
        <w:t xml:space="preserve">Заявление о вступлении в </w:t>
      </w:r>
      <w:r w:rsidR="00CF7BEC">
        <w:rPr>
          <w:rFonts w:ascii="Times New Roman" w:hAnsi="Times New Roman" w:cs="Times New Roman"/>
          <w:b/>
          <w:lang w:val="ru-RU"/>
        </w:rPr>
        <w:br/>
      </w:r>
      <w:r w:rsidR="0050314E">
        <w:rPr>
          <w:rFonts w:ascii="Times New Roman" w:hAnsi="Times New Roman" w:cs="Times New Roman"/>
          <w:b/>
          <w:lang w:val="ru-RU"/>
        </w:rPr>
        <w:t>Ассоциацию</w:t>
      </w:r>
      <w:r w:rsidR="00992BF8" w:rsidRPr="00992BF8">
        <w:rPr>
          <w:rFonts w:ascii="Times New Roman" w:hAnsi="Times New Roman" w:cs="Times New Roman"/>
          <w:b/>
          <w:lang w:val="ru-RU"/>
        </w:rPr>
        <w:t xml:space="preserve"> </w:t>
      </w:r>
      <w:r w:rsidR="00CF7BEC" w:rsidRPr="00CF7BEC">
        <w:rPr>
          <w:rFonts w:ascii="Times New Roman" w:hAnsi="Times New Roman" w:cs="Times New Roman"/>
          <w:b/>
          <w:lang w:val="ru-RU"/>
        </w:rPr>
        <w:t>Ответственных Управляющих Компаний в сфере Жилищно-Коммунального Хозяйства</w:t>
      </w:r>
    </w:p>
    <w:p w:rsidR="00992BF8" w:rsidRDefault="00992BF8" w:rsidP="006678ED">
      <w:pPr>
        <w:spacing w:after="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__________________________________________________________________________</w:t>
      </w:r>
    </w:p>
    <w:p w:rsidR="006678ED" w:rsidRPr="0055583A" w:rsidRDefault="006678ED" w:rsidP="006678ED">
      <w:pPr>
        <w:spacing w:after="120"/>
        <w:ind w:right="-949"/>
        <w:rPr>
          <w:rFonts w:ascii="Times New Roman" w:hAnsi="Times New Roman" w:cs="Times New Roman"/>
          <w:b/>
          <w:lang w:val="ru-RU"/>
        </w:rPr>
      </w:pPr>
      <w:r w:rsidRPr="00992BF8">
        <w:rPr>
          <w:rFonts w:ascii="Times New Roman" w:hAnsi="Times New Roman" w:cs="Times New Roman"/>
          <w:lang w:val="ru-RU"/>
        </w:rPr>
        <w:t xml:space="preserve">просит принять в члены </w:t>
      </w:r>
      <w:r w:rsidR="00CF7BEC" w:rsidRPr="00CF7BEC">
        <w:rPr>
          <w:rFonts w:ascii="Times New Roman" w:hAnsi="Times New Roman" w:cs="Times New Roman"/>
          <w:lang w:val="ru-RU"/>
        </w:rPr>
        <w:t>Ответственных Управляющих Компаний в сфере Жилищно-Коммунального Хозяйства</w:t>
      </w:r>
      <w:r>
        <w:rPr>
          <w:rFonts w:ascii="Times New Roman" w:hAnsi="Times New Roman" w:cs="Times New Roman"/>
          <w:lang w:val="ru-RU"/>
        </w:rPr>
        <w:t>, Устав и внутренние</w:t>
      </w:r>
      <w:r w:rsidR="00CF7BEC">
        <w:rPr>
          <w:rFonts w:ascii="Times New Roman" w:hAnsi="Times New Roman" w:cs="Times New Roman"/>
          <w:lang w:val="ru-RU"/>
        </w:rPr>
        <w:t xml:space="preserve"> </w:t>
      </w:r>
      <w:r w:rsidRPr="00992BF8">
        <w:rPr>
          <w:rFonts w:ascii="Times New Roman" w:hAnsi="Times New Roman" w:cs="Times New Roman"/>
          <w:lang w:val="ru-RU"/>
        </w:rPr>
        <w:t>документы</w:t>
      </w:r>
      <w:r>
        <w:rPr>
          <w:rFonts w:ascii="Times New Roman" w:hAnsi="Times New Roman" w:cs="Times New Roman"/>
          <w:lang w:val="ru-RU"/>
        </w:rPr>
        <w:t xml:space="preserve"> </w:t>
      </w:r>
      <w:r w:rsidR="0050314E">
        <w:rPr>
          <w:rFonts w:ascii="Times New Roman" w:hAnsi="Times New Roman" w:cs="Times New Roman"/>
          <w:lang w:val="ru-RU"/>
        </w:rPr>
        <w:t>Ассоциации</w:t>
      </w:r>
      <w:r>
        <w:rPr>
          <w:rFonts w:ascii="Times New Roman" w:hAnsi="Times New Roman" w:cs="Times New Roman"/>
          <w:lang w:val="ru-RU"/>
        </w:rPr>
        <w:t xml:space="preserve"> обязуется соблюдать. </w:t>
      </w:r>
      <w:r w:rsidR="0055583A" w:rsidRPr="0055583A">
        <w:rPr>
          <w:rFonts w:ascii="Times New Roman" w:hAnsi="Times New Roman" w:cs="Times New Roman"/>
          <w:b/>
          <w:lang w:val="ru-RU"/>
        </w:rPr>
        <w:t>Присоединяюсь к условиям соглашения членов в полном объеме</w:t>
      </w:r>
      <w:r w:rsidR="0055583A">
        <w:rPr>
          <w:rFonts w:ascii="Times New Roman" w:hAnsi="Times New Roman" w:cs="Times New Roman"/>
          <w:b/>
          <w:lang w:val="ru-RU"/>
        </w:rPr>
        <w:t xml:space="preserve">, с текстом </w:t>
      </w:r>
      <w:proofErr w:type="gramStart"/>
      <w:r w:rsidR="0055583A">
        <w:rPr>
          <w:rFonts w:ascii="Times New Roman" w:hAnsi="Times New Roman" w:cs="Times New Roman"/>
          <w:b/>
          <w:lang w:val="ru-RU"/>
        </w:rPr>
        <w:t>ознакомлен</w:t>
      </w:r>
      <w:proofErr w:type="gramEnd"/>
      <w:r w:rsidR="0055583A">
        <w:rPr>
          <w:rFonts w:ascii="Times New Roman" w:hAnsi="Times New Roman" w:cs="Times New Roman"/>
          <w:b/>
          <w:lang w:val="ru-RU"/>
        </w:rPr>
        <w:t>.</w:t>
      </w:r>
      <w:bookmarkStart w:id="0" w:name="_GoBack"/>
      <w:bookmarkEnd w:id="0"/>
    </w:p>
    <w:p w:rsidR="006678ED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 w:rsidRPr="00992BF8">
        <w:rPr>
          <w:rFonts w:ascii="Times New Roman" w:hAnsi="Times New Roman" w:cs="Times New Roman"/>
          <w:lang w:val="ru-RU"/>
        </w:rPr>
        <w:t>ИНН/КПП</w:t>
      </w:r>
      <w:r>
        <w:rPr>
          <w:rFonts w:ascii="Times New Roman" w:hAnsi="Times New Roman" w:cs="Times New Roman"/>
          <w:lang w:val="ru-RU"/>
        </w:rPr>
        <w:t>________________________/</w:t>
      </w:r>
      <w:r w:rsidR="00781C93">
        <w:rPr>
          <w:rFonts w:ascii="Times New Roman" w:hAnsi="Times New Roman" w:cs="Times New Roman"/>
          <w:lang w:val="ru-RU"/>
        </w:rPr>
        <w:t>________________________</w:t>
      </w:r>
    </w:p>
    <w:p w:rsidR="006678ED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 w:rsidRPr="00992BF8">
        <w:rPr>
          <w:rFonts w:ascii="Times New Roman" w:hAnsi="Times New Roman" w:cs="Times New Roman"/>
          <w:lang w:val="ru-RU"/>
        </w:rPr>
        <w:t>ОГРН</w:t>
      </w:r>
      <w:r>
        <w:rPr>
          <w:rFonts w:ascii="Times New Roman" w:hAnsi="Times New Roman" w:cs="Times New Roman"/>
          <w:lang w:val="ru-RU"/>
        </w:rPr>
        <w:t xml:space="preserve"> </w:t>
      </w:r>
      <w:r w:rsidR="00781C93">
        <w:rPr>
          <w:rFonts w:ascii="Times New Roman" w:hAnsi="Times New Roman" w:cs="Times New Roman"/>
          <w:lang w:val="ru-RU"/>
        </w:rPr>
        <w:t>________________________</w:t>
      </w:r>
    </w:p>
    <w:p w:rsidR="006678ED" w:rsidRDefault="00781C93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</w:t>
      </w:r>
      <w:r w:rsidR="006678ED">
        <w:rPr>
          <w:rFonts w:ascii="Times New Roman" w:hAnsi="Times New Roman" w:cs="Times New Roman"/>
          <w:lang w:val="ru-RU"/>
        </w:rPr>
        <w:t>омер и срок действия</w:t>
      </w:r>
      <w:r w:rsidR="006678ED" w:rsidRPr="00992BF8">
        <w:rPr>
          <w:rFonts w:ascii="Times New Roman" w:hAnsi="Times New Roman" w:cs="Times New Roman"/>
          <w:lang w:val="ru-RU"/>
        </w:rPr>
        <w:t xml:space="preserve"> </w:t>
      </w:r>
      <w:r w:rsidR="006678ED">
        <w:rPr>
          <w:rFonts w:ascii="Times New Roman" w:hAnsi="Times New Roman" w:cs="Times New Roman"/>
          <w:lang w:val="ru-RU"/>
        </w:rPr>
        <w:t>лицензии</w:t>
      </w:r>
      <w:r w:rsidR="006678ED" w:rsidRPr="00992BF8">
        <w:rPr>
          <w:rFonts w:ascii="Times New Roman" w:hAnsi="Times New Roman" w:cs="Times New Roman"/>
          <w:lang w:val="ru-RU"/>
        </w:rPr>
        <w:t>:</w:t>
      </w:r>
      <w:r w:rsidR="006678ED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_________________________________________________________</w:t>
      </w:r>
    </w:p>
    <w:p w:rsidR="006678ED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 w:rsidRPr="00992BF8">
        <w:rPr>
          <w:rFonts w:ascii="Times New Roman" w:hAnsi="Times New Roman" w:cs="Times New Roman"/>
          <w:lang w:val="ru-RU"/>
        </w:rPr>
        <w:t>Место нахождения</w:t>
      </w:r>
      <w:r w:rsidR="00781C93">
        <w:rPr>
          <w:rFonts w:ascii="Times New Roman" w:hAnsi="Times New Roman" w:cs="Times New Roman"/>
          <w:lang w:val="ru-RU"/>
        </w:rPr>
        <w:t>:</w:t>
      </w:r>
      <w:r>
        <w:rPr>
          <w:rFonts w:ascii="Times New Roman" w:hAnsi="Times New Roman" w:cs="Times New Roman"/>
          <w:lang w:val="ru-RU"/>
        </w:rPr>
        <w:t>_________________</w:t>
      </w:r>
      <w:r w:rsidR="00781C93">
        <w:rPr>
          <w:rFonts w:ascii="Times New Roman" w:hAnsi="Times New Roman" w:cs="Times New Roman"/>
          <w:lang w:val="ru-RU"/>
        </w:rPr>
        <w:t>__________________________</w:t>
      </w:r>
      <w:r>
        <w:rPr>
          <w:rFonts w:ascii="Times New Roman" w:hAnsi="Times New Roman" w:cs="Times New Roman"/>
          <w:lang w:val="ru-RU"/>
        </w:rPr>
        <w:t>___________________________</w:t>
      </w:r>
    </w:p>
    <w:p w:rsidR="006678ED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Телефон_____________________________</w:t>
      </w:r>
    </w:p>
    <w:p w:rsidR="006678ED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Факс________________________________</w:t>
      </w:r>
    </w:p>
    <w:p w:rsidR="006678ED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Адрес электронной почты__________________________________</w:t>
      </w:r>
      <w:r w:rsidR="00781C93">
        <w:rPr>
          <w:rFonts w:ascii="Times New Roman" w:hAnsi="Times New Roman" w:cs="Times New Roman"/>
          <w:lang w:val="ru-RU"/>
        </w:rPr>
        <w:t>_</w:t>
      </w:r>
      <w:r>
        <w:rPr>
          <w:rFonts w:ascii="Times New Roman" w:hAnsi="Times New Roman" w:cs="Times New Roman"/>
          <w:lang w:val="ru-RU"/>
        </w:rPr>
        <w:t>__</w:t>
      </w:r>
    </w:p>
    <w:p w:rsidR="006678ED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Связь через </w:t>
      </w:r>
      <w:proofErr w:type="spellStart"/>
      <w:r>
        <w:rPr>
          <w:rFonts w:ascii="Times New Roman" w:hAnsi="Times New Roman" w:cs="Times New Roman"/>
          <w:lang w:val="ru-RU"/>
        </w:rPr>
        <w:t>мессенджеры</w:t>
      </w:r>
      <w:proofErr w:type="spellEnd"/>
      <w:r>
        <w:rPr>
          <w:rFonts w:ascii="Times New Roman" w:hAnsi="Times New Roman" w:cs="Times New Roman"/>
          <w:lang w:val="ru-RU"/>
        </w:rPr>
        <w:t xml:space="preserve"> (номер (имя) пользователя и название </w:t>
      </w:r>
      <w:proofErr w:type="spellStart"/>
      <w:r>
        <w:rPr>
          <w:rFonts w:ascii="Times New Roman" w:hAnsi="Times New Roman" w:cs="Times New Roman"/>
          <w:lang w:val="ru-RU"/>
        </w:rPr>
        <w:t>мессенджера</w:t>
      </w:r>
      <w:proofErr w:type="spellEnd"/>
      <w:r>
        <w:rPr>
          <w:rFonts w:ascii="Times New Roman" w:hAnsi="Times New Roman" w:cs="Times New Roman"/>
          <w:lang w:val="ru-RU"/>
        </w:rPr>
        <w:t>) ___________________________________________________________________________</w:t>
      </w:r>
      <w:r w:rsidR="00781C93">
        <w:rPr>
          <w:rFonts w:ascii="Times New Roman" w:hAnsi="Times New Roman" w:cs="Times New Roman"/>
          <w:lang w:val="ru-RU"/>
        </w:rPr>
        <w:t>____________</w:t>
      </w:r>
    </w:p>
    <w:p w:rsidR="00781C93" w:rsidRPr="00781C93" w:rsidRDefault="00781C93" w:rsidP="00781C93">
      <w:pPr>
        <w:spacing w:after="120"/>
        <w:ind w:right="-949"/>
        <w:rPr>
          <w:rFonts w:ascii="Times New Roman" w:hAnsi="Times New Roman" w:cs="Times New Roman"/>
          <w:lang w:val="ru-RU"/>
        </w:rPr>
      </w:pPr>
      <w:proofErr w:type="gramStart"/>
      <w:r w:rsidRPr="00781C93">
        <w:rPr>
          <w:rFonts w:ascii="Times New Roman" w:hAnsi="Times New Roman" w:cs="Times New Roman"/>
          <w:lang w:val="ru-RU"/>
        </w:rPr>
        <w:t>Р</w:t>
      </w:r>
      <w:proofErr w:type="gramEnd"/>
      <w:r w:rsidRPr="00781C93">
        <w:rPr>
          <w:rFonts w:ascii="Times New Roman" w:hAnsi="Times New Roman" w:cs="Times New Roman"/>
          <w:lang w:val="ru-RU"/>
        </w:rPr>
        <w:t xml:space="preserve">/с: </w:t>
      </w:r>
      <w:r>
        <w:rPr>
          <w:rFonts w:ascii="Times New Roman" w:hAnsi="Times New Roman" w:cs="Times New Roman"/>
          <w:lang w:val="ru-RU"/>
        </w:rPr>
        <w:t>________________________________</w:t>
      </w:r>
    </w:p>
    <w:p w:rsidR="00781C93" w:rsidRPr="00781C93" w:rsidRDefault="00781C93" w:rsidP="00781C93">
      <w:pPr>
        <w:spacing w:after="120"/>
        <w:ind w:right="-949"/>
        <w:rPr>
          <w:rFonts w:ascii="Times New Roman" w:hAnsi="Times New Roman" w:cs="Times New Roman"/>
          <w:lang w:val="ru-RU"/>
        </w:rPr>
      </w:pPr>
      <w:r w:rsidRPr="00781C93">
        <w:rPr>
          <w:rFonts w:ascii="Times New Roman" w:hAnsi="Times New Roman" w:cs="Times New Roman"/>
          <w:lang w:val="ru-RU"/>
        </w:rPr>
        <w:t xml:space="preserve">Банк: </w:t>
      </w:r>
      <w:r>
        <w:rPr>
          <w:rFonts w:ascii="Times New Roman" w:hAnsi="Times New Roman" w:cs="Times New Roman"/>
          <w:lang w:val="ru-RU"/>
        </w:rPr>
        <w:t>__________________________________________________________________________________</w:t>
      </w:r>
    </w:p>
    <w:p w:rsidR="00781C93" w:rsidRPr="00781C93" w:rsidRDefault="00781C93" w:rsidP="00781C93">
      <w:pPr>
        <w:spacing w:after="120"/>
        <w:ind w:right="-949"/>
        <w:rPr>
          <w:rFonts w:ascii="Times New Roman" w:hAnsi="Times New Roman" w:cs="Times New Roman"/>
          <w:lang w:val="ru-RU"/>
        </w:rPr>
      </w:pPr>
      <w:r w:rsidRPr="00781C93">
        <w:rPr>
          <w:rFonts w:ascii="Times New Roman" w:hAnsi="Times New Roman" w:cs="Times New Roman"/>
          <w:lang w:val="ru-RU"/>
        </w:rPr>
        <w:t xml:space="preserve">БИК: </w:t>
      </w:r>
      <w:r>
        <w:rPr>
          <w:rFonts w:ascii="Times New Roman" w:hAnsi="Times New Roman" w:cs="Times New Roman"/>
          <w:lang w:val="ru-RU"/>
        </w:rPr>
        <w:t>_______________________________</w:t>
      </w:r>
    </w:p>
    <w:p w:rsidR="009A758C" w:rsidRDefault="00781C93" w:rsidP="00781C93">
      <w:pPr>
        <w:spacing w:after="120"/>
        <w:ind w:right="-949"/>
        <w:rPr>
          <w:rFonts w:ascii="Times New Roman" w:hAnsi="Times New Roman" w:cs="Times New Roman"/>
          <w:lang w:val="ru-RU"/>
        </w:rPr>
      </w:pPr>
      <w:proofErr w:type="spellStart"/>
      <w:proofErr w:type="gramStart"/>
      <w:r w:rsidRPr="00781C93">
        <w:rPr>
          <w:rFonts w:ascii="Times New Roman" w:hAnsi="Times New Roman" w:cs="Times New Roman"/>
          <w:lang w:val="ru-RU"/>
        </w:rPr>
        <w:t>Корр</w:t>
      </w:r>
      <w:proofErr w:type="spellEnd"/>
      <w:proofErr w:type="gramEnd"/>
      <w:r w:rsidRPr="00781C93">
        <w:rPr>
          <w:rFonts w:ascii="Times New Roman" w:hAnsi="Times New Roman" w:cs="Times New Roman"/>
          <w:lang w:val="ru-RU"/>
        </w:rPr>
        <w:t xml:space="preserve">/с: </w:t>
      </w:r>
      <w:r>
        <w:rPr>
          <w:rFonts w:ascii="Times New Roman" w:hAnsi="Times New Roman" w:cs="Times New Roman"/>
          <w:lang w:val="ru-RU"/>
        </w:rPr>
        <w:t>_____________________________</w:t>
      </w:r>
    </w:p>
    <w:p w:rsidR="00CF7BEC" w:rsidRDefault="00F20F6A" w:rsidP="00781C93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Компании по приглашению за счет члена ассоциации</w:t>
      </w:r>
      <w:r w:rsidR="00CF7BEC">
        <w:rPr>
          <w:rFonts w:ascii="Times New Roman" w:hAnsi="Times New Roman" w:cs="Times New Roman"/>
          <w:lang w:val="ru-RU"/>
        </w:rPr>
        <w:t>:</w:t>
      </w:r>
    </w:p>
    <w:p w:rsidR="00CF7BEC" w:rsidRDefault="00CF7BEC" w:rsidP="00CF7BEC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 _____________________________________________ </w:t>
      </w:r>
      <w:proofErr w:type="spellStart"/>
      <w:r>
        <w:rPr>
          <w:rFonts w:ascii="Times New Roman" w:hAnsi="Times New Roman" w:cs="Times New Roman"/>
          <w:lang w:val="ru-RU"/>
        </w:rPr>
        <w:t>инн</w:t>
      </w:r>
      <w:proofErr w:type="spellEnd"/>
      <w:r>
        <w:rPr>
          <w:rFonts w:ascii="Times New Roman" w:hAnsi="Times New Roman" w:cs="Times New Roman"/>
          <w:lang w:val="ru-RU"/>
        </w:rPr>
        <w:t>________________________</w:t>
      </w:r>
    </w:p>
    <w:p w:rsidR="00CF7BEC" w:rsidRDefault="00CF7BEC" w:rsidP="00CF7BEC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2. _____________________________________________ </w:t>
      </w:r>
      <w:proofErr w:type="spellStart"/>
      <w:r>
        <w:rPr>
          <w:rFonts w:ascii="Times New Roman" w:hAnsi="Times New Roman" w:cs="Times New Roman"/>
          <w:lang w:val="ru-RU"/>
        </w:rPr>
        <w:t>инн</w:t>
      </w:r>
      <w:proofErr w:type="spellEnd"/>
      <w:r>
        <w:rPr>
          <w:rFonts w:ascii="Times New Roman" w:hAnsi="Times New Roman" w:cs="Times New Roman"/>
          <w:lang w:val="ru-RU"/>
        </w:rPr>
        <w:t>________________________</w:t>
      </w:r>
    </w:p>
    <w:p w:rsidR="00CF7BEC" w:rsidRDefault="00CF7BEC" w:rsidP="00CF7BEC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 _____________________________________________ </w:t>
      </w:r>
      <w:proofErr w:type="spellStart"/>
      <w:r>
        <w:rPr>
          <w:rFonts w:ascii="Times New Roman" w:hAnsi="Times New Roman" w:cs="Times New Roman"/>
          <w:lang w:val="ru-RU"/>
        </w:rPr>
        <w:t>инн</w:t>
      </w:r>
      <w:proofErr w:type="spellEnd"/>
      <w:r>
        <w:rPr>
          <w:rFonts w:ascii="Times New Roman" w:hAnsi="Times New Roman" w:cs="Times New Roman"/>
          <w:lang w:val="ru-RU"/>
        </w:rPr>
        <w:t>________________________</w:t>
      </w:r>
    </w:p>
    <w:p w:rsidR="00CF7BEC" w:rsidRDefault="00CF7BEC" w:rsidP="00CF7BEC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4. _____________________________________________ </w:t>
      </w:r>
      <w:proofErr w:type="spellStart"/>
      <w:r>
        <w:rPr>
          <w:rFonts w:ascii="Times New Roman" w:hAnsi="Times New Roman" w:cs="Times New Roman"/>
          <w:lang w:val="ru-RU"/>
        </w:rPr>
        <w:t>инн</w:t>
      </w:r>
      <w:proofErr w:type="spellEnd"/>
      <w:r>
        <w:rPr>
          <w:rFonts w:ascii="Times New Roman" w:hAnsi="Times New Roman" w:cs="Times New Roman"/>
          <w:lang w:val="ru-RU"/>
        </w:rPr>
        <w:t>________________________</w:t>
      </w:r>
    </w:p>
    <w:p w:rsidR="006678ED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Дата:_______________</w:t>
      </w:r>
    </w:p>
    <w:p w:rsidR="006678ED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</w:p>
    <w:p w:rsidR="006678ED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_______________________/_____________________</w:t>
      </w:r>
      <w:r>
        <w:rPr>
          <w:rFonts w:ascii="Times New Roman" w:hAnsi="Times New Roman" w:cs="Times New Roman"/>
          <w:lang w:val="ru-RU"/>
        </w:rPr>
        <w:tab/>
      </w:r>
    </w:p>
    <w:p w:rsidR="006678ED" w:rsidRPr="00992BF8" w:rsidRDefault="006678ED" w:rsidP="006678ED">
      <w:pPr>
        <w:spacing w:after="120"/>
        <w:ind w:right="-94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(ФИО руководителя)</w:t>
      </w:r>
      <w:r>
        <w:rPr>
          <w:rFonts w:ascii="Times New Roman" w:hAnsi="Times New Roman" w:cs="Times New Roman"/>
          <w:lang w:val="ru-RU"/>
        </w:rPr>
        <w:tab/>
        <w:t xml:space="preserve">     (подпись, МП)</w:t>
      </w:r>
    </w:p>
    <w:sectPr w:rsidR="006678ED" w:rsidRPr="00992BF8" w:rsidSect="00781C93">
      <w:pgSz w:w="12240" w:h="15840"/>
      <w:pgMar w:top="284" w:right="1750" w:bottom="42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046" w:rsidRDefault="008D1046" w:rsidP="00781C93">
      <w:pPr>
        <w:spacing w:after="0" w:line="240" w:lineRule="auto"/>
      </w:pPr>
      <w:r>
        <w:separator/>
      </w:r>
    </w:p>
  </w:endnote>
  <w:endnote w:type="continuationSeparator" w:id="0">
    <w:p w:rsidR="008D1046" w:rsidRDefault="008D1046" w:rsidP="00781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046" w:rsidRDefault="008D1046" w:rsidP="00781C93">
      <w:pPr>
        <w:spacing w:after="0" w:line="240" w:lineRule="auto"/>
      </w:pPr>
      <w:r>
        <w:separator/>
      </w:r>
    </w:p>
  </w:footnote>
  <w:footnote w:type="continuationSeparator" w:id="0">
    <w:p w:rsidR="008D1046" w:rsidRDefault="008D1046" w:rsidP="00781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261F"/>
    <w:rsid w:val="00034616"/>
    <w:rsid w:val="0006063C"/>
    <w:rsid w:val="00076798"/>
    <w:rsid w:val="0015074B"/>
    <w:rsid w:val="0029639D"/>
    <w:rsid w:val="00326F90"/>
    <w:rsid w:val="0050314E"/>
    <w:rsid w:val="0055583A"/>
    <w:rsid w:val="006678ED"/>
    <w:rsid w:val="00781C93"/>
    <w:rsid w:val="007914BD"/>
    <w:rsid w:val="008D1046"/>
    <w:rsid w:val="00992BF8"/>
    <w:rsid w:val="009A015E"/>
    <w:rsid w:val="009A758C"/>
    <w:rsid w:val="00AA1D8D"/>
    <w:rsid w:val="00B47730"/>
    <w:rsid w:val="00CB0664"/>
    <w:rsid w:val="00CF7BEC"/>
    <w:rsid w:val="00F20F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F947BD-0490-43E2-8185-96478C588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1</cp:lastModifiedBy>
  <cp:revision>7</cp:revision>
  <dcterms:created xsi:type="dcterms:W3CDTF">2025-05-20T05:13:00Z</dcterms:created>
  <dcterms:modified xsi:type="dcterms:W3CDTF">2025-07-09T07:51:00Z</dcterms:modified>
</cp:coreProperties>
</file>